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א׳–ג׳ (בהובלת המורה)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ג (מקבלים גם מי ששונה) · 2. ג (16 בנובמבר) · 3. א (מקשיבים) · 4. ג ("שלום! בוא לשבת איתנו")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ג · 2. ב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💚 מילים טובות: תודה · בוא נשחק · סליחה · כל הכבוד!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💔 מילים שפוגעות: לך מפה · אתה מוזר · חחח, נפלת · אין לך מקום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"בוא, תשחק איתנו!" · "איזה צבעים! מה ציירת?" · "את מיוחדת!"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כשכועסים: ✋ עוצרים, 💪 מנערים ידיים, 🌬️ נושמים כמו בלון, 💬 אומרים "אני יכול/ה להירגע", ➡️ ממשיכים.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המורה מקריא/ה, והילדים מקיפים או מסמנים.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🤝 סובלנות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⭐ כבוד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💗 אמפתיה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👂 הקשבה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מקבלים גם מי שלא דומה לנו.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מדברים יפה לכל אחד ואחת.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מרגישים מה מרגיש החבר.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שומעים עד הסוף, בלי להפריע.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מה זה סובלנות?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משחקים לבד      ○ ב. צועקים      ○ ג. מקבלים גם מי ששונה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מתי יום הסובלנות?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בקיץ      ○ ב. ביום ההולדת שלי      ○ ג. 16 בנובמבר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חבר מדבר. מה עושים?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מקשיבים      ○ ב. מפריעים      ○ ג. הולכים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4. ילד חדש בכיתה. מה אומרים?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כלום      ○ ב. "מי אתה?!"      ○ ג. "שלום! בוא לשבת איתנו"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מקשיבים לסיפור קצר ומדברים: איך מרגישים? מה עושים?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🧸 בפינת המשחק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יש רק כדור אחד. גם רוני וגם מאיה רוצים לשחק בו.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איך אפשר ששניהם ישמחו?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מה מרגיש מי שלא קיבל?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משחקים יחד      ○ ב. כל אחד בתורו      ○ ג. מי שחזק יותר לוקח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🧒 תום חדש בגן ובכיתה. הוא לא מכיר אף אחד.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איך תום מרגיש?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שמח מאוד      ○ ב. כועס      ○ ג. קצת מפחד ולבד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👧 לנוי יש משקפיים חדשים. ילד אחד צוחק.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טוב להגיד?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לא אומרים כלום      ○ ב. "יפה לך המשקפיים!"      ○ ג. "חחח, משקפופרית"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אתה מוזר · סליחה · כל הכבוד! · לך מפה · בוא נשחק · אין לך מקום · חחח, נפלת · תודה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💚 מילים טובות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💔 מילים שפוגעות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בוחרים מילים טובות, מציירים וכותבים מילה או משפט.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"אתה לא משחק איתנו!"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"הציור שלך מכוער"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"את מוזרה"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🖍️ ציור ומשפט: כל אחד מיוחד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ציירו את עצמכם ואת חבר/ה. כתבו (או אמרו למורה) מה מיוחד בכל אחד.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אני מיוחד/ת כי… / החבר/ה שלי מיוחד/ת כי… / אנחנו אוהבים יחד…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בנק מילים: אמיץ/ה · מצחיק/ה · עוזר/ת · טוב/ת לב · שמח/ה · חכם/ה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ציירתי  ☐ כתבתי מילה טובה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😊 היום למדתי ש…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🙏 מילה טובה שאגיד מחר: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🎨 צייר/י פרצוף: איך הרגשתי?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