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/>
          <w:color w:val="4B2A91"/>
          <w:sz w:val="34"/>
          <w:rtl w:val="1"/>
          <w:rFonts w:ascii="Arial" w:hAnsi="Arial" w:cs="Arial"/>
          <w:bCs/>
          <w:szCs w:val="34"/>
        </w:rPr>
        <w:t xml:space="preserve">  🌈 מקום לכולם – יום הסובלנות הבין־לאומי (16.11)</w:t>
      </w:r>
    </w:p>
    <w:p>
      <w:pPr>
        <w:bidi w:val="1"/>
        <w:spacing w:after="60"/>
        <w:jc w:val="right"/>
      </w:pPr>
      <w:r>
        <w:rPr>
          <w:b w:val="0"/>
          <w:color w:val="5B6573"/>
          <w:sz w:val="24"/>
          <w:rtl w:val="1"/>
          <w:rFonts w:ascii="Arial" w:hAnsi="Arial" w:cs="Arial"/>
          <w:szCs w:val="24"/>
        </w:rPr>
        <w:t>דפי עבודה · חנ״מ</w:t>
      </w:r>
    </w:p>
    <w:p>
      <w:pPr>
        <w:bidi w:val="1"/>
        <w:spacing w:after="60"/>
        <w:jc w:val="right"/>
        <w:shd w:val="clear" w:color="auto" w:fill="6D3FC7"/>
      </w:pPr>
      <w:r>
        <w:rPr>
          <w:b/>
          <w:color w:val="FFFFFF"/>
          <w:sz w:val="30"/>
          <w:rtl w:val="1"/>
          <w:rFonts w:ascii="Arial" w:hAnsi="Arial" w:cs="Arial"/>
          <w:bCs/>
          <w:szCs w:val="30"/>
        </w:rPr>
        <w:t>👩‍🏫 מהדורה למורה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מטרות: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להכיר את יום הסובלנות הבין־לאומי (16 בנובמבר) ואת מושגי היסוד: סובלנות, כבוד, אמפתיה, הקשבה, שונות והכלה.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לזהות הכללות, סטריאוטיפים ודעות קדומות בשפה היומיומית – בכיתה וברשת.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לתרגל ניסוח מחדש: להפוך משפט פוגע למשפט מכבד בלי לוותר על העמדה.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להתנסות בהתבוננות מנקודת המבט של האחר ובקבלת החלטות בדילמות.</w:t>
      </w:r>
    </w:p>
    <w:p>
      <w:pPr>
        <w:bidi w:val="1"/>
        <w:spacing w:after="60"/>
        <w:jc w:val="right"/>
        <w:shd w:val="clear" w:color="auto" w:fill="F3EDFF"/>
      </w:pPr>
      <w:r>
        <w:rPr>
          <w:b w:val="0"/>
          <w:sz w:val="24"/>
          <w:rtl w:val="1"/>
          <w:rFonts w:ascii="Arial" w:hAnsi="Arial" w:cs="Arial"/>
          <w:szCs w:val="24"/>
        </w:rPr>
        <w:t>איך משתמשים: חלק א׳ – מושגים (כ־10 דק׳); חלק ב׳ – מקרה בוחן ומיון (כ־15 דק׳); חלק ג׳ – ניסוח מחדש וכתיבה (כ־15 דק׳); כרטיס יציאה (5 דק׳).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🔑 תשובות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חלק א׳: 1. ג (🙏 תודה) · 2. א (🤗 שואלים: "מה קרה?") · 3. ב (👂 לשמוע עד הסוף)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חלק ב׳ – שאלות: 1. ב · 2. א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מיון – 😊 מכבד: 🤝 לעזור · 🙏 להגיד תודה · 👂 להקשיב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😟 לא מכבד: 😂 לצחוק על חבר · 👉 להצביע ולצחוק · 🙅 לא לתת לשחק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חלק ג׳ – דוגמאות לניסוח מכבד: 🙂 "בוא, שחק איתנו" · 🙂 "אני אעזור לך" · 🙂 "רגע, אני מקשיב"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מקרה הבוחן וכתיבה: אין תשובה אחת; מעריכים נימוק, אמפתיה ושיח מכבד.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💛 טיפים ורגישות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זהו יום ערכי־חברתי, לא יום חוסן רגשי – אך דילמות על הדרה ולעג עלולות לעורר זיכרונות אישיים. אפשרו "פס" ואל תבקשו מתלמיד/ה לשתף חוויה של פגיעה מול הכיתה.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אל תשתמשו בתלמידי הכיתה כדוגמאות לשונות (מוצא, דת, מוגבלות). כל הדמויות באתר בדויות.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בחט״ע – הקפידו על שיח בלי שמות של אנשים או מפלגות; התמקדו בעקרונות.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🌉 קישור לכלי חוסן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כשאני כועס/ת: ✋ עוצרים. 💪 משחררים ידיים. 🌬️ נושמים. 💬 "אני יכול/ה". ➡️ ממשיכים.</w:t>
      </w:r>
    </w:p>
    <w:p>
      <w:r>
        <w:br w:type="page"/>
      </w:r>
    </w:p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04000" cy="50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" cy="50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/>
          <w:color w:val="4B2A91"/>
          <w:sz w:val="30"/>
          <w:rtl w:val="1"/>
          <w:rFonts w:ascii="Arial" w:hAnsi="Arial" w:cs="Arial"/>
          <w:bCs/>
          <w:szCs w:val="30"/>
        </w:rPr>
        <w:t xml:space="preserve">  🌈 מקום לכולם · יום הסובלנות הבין־לאומי · 16.11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שם: ____________________   כיתה: ________   תאריך: ____________</w:t>
      </w:r>
    </w:p>
    <w:p>
      <w:pPr>
        <w:bidi w:val="1"/>
        <w:spacing w:after="60"/>
        <w:jc w:val="right"/>
        <w:shd w:val="clear" w:color="auto" w:fill="6D3FC7"/>
      </w:pPr>
      <w:r>
        <w:rPr>
          <w:b/>
          <w:color w:val="FFFFFF"/>
          <w:sz w:val="28"/>
          <w:rtl w:val="1"/>
          <w:rFonts w:ascii="Arial" w:hAnsi="Arial" w:cs="Arial"/>
          <w:bCs/>
          <w:szCs w:val="28"/>
        </w:rPr>
        <w:t>חלק א׳ – מכירים את המושגים</w:t>
      </w:r>
    </w:p>
    <w:p>
      <w:pPr>
        <w:bidi w:val="1"/>
        <w:spacing w:after="60"/>
        <w:jc w:val="right"/>
        <w:shd w:val="clear" w:color="auto" w:fill="F3EDFF"/>
      </w:pPr>
      <w:r>
        <w:rPr>
          <w:b w:val="0"/>
          <w:sz w:val="24"/>
          <w:rtl w:val="1"/>
          <w:rFonts w:ascii="Arial" w:hAnsi="Arial" w:cs="Arial"/>
          <w:szCs w:val="24"/>
        </w:rPr>
        <w:t>נלמד מילים חשובות 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🤝 סובלנות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😊 כבוד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👂 הקשבה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💞 אכפתיות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>מקבלים את כולם.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>מדברים יפה.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>שומעים עד הסוף.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>שמים לב איך החבר מרגיש.</w:t>
            </w:r>
          </w:p>
        </w:tc>
      </w:tr>
    </w:tbl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הקיפו את התשובה הנכונה: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1. איזו מילה יפה?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😠 שקט!      ○ ב. 🚫 לך      ○ ג. 🙏 תודה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2. חבר עצוב 😢. מה עושים?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🤗 שואלים: "מה קרה?"      ○ ב. 😂 צוחקים      ○ ג. 🏃 הולכים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3. מה זה להקשיב?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🗣️ לצעוק      ○ ב. 👂 לשמוע עד הסוף      ○ ג. 📱 להסתכל בטלפון</w:t>
      </w:r>
    </w:p>
    <w:p>
      <w:pPr>
        <w:bidi w:val="1"/>
        <w:spacing w:after="60"/>
        <w:jc w:val="right"/>
        <w:shd w:val="clear" w:color="auto" w:fill="6D3FC7"/>
      </w:pPr>
      <w:r>
        <w:rPr>
          <w:b/>
          <w:color w:val="FFFFFF"/>
          <w:sz w:val="28"/>
          <w:rtl w:val="1"/>
          <w:rFonts w:ascii="Arial" w:hAnsi="Arial" w:cs="Arial"/>
          <w:bCs/>
          <w:szCs w:val="28"/>
        </w:rPr>
        <w:t>חלק ב׳ – בנעליים של אחר</w:t>
      </w:r>
    </w:p>
    <w:p>
      <w:pPr>
        <w:bidi w:val="1"/>
        <w:spacing w:after="60"/>
        <w:jc w:val="right"/>
        <w:shd w:val="clear" w:color="auto" w:fill="F3EDFF"/>
      </w:pPr>
      <w:r>
        <w:rPr>
          <w:b w:val="0"/>
          <w:sz w:val="24"/>
          <w:rtl w:val="1"/>
          <w:rFonts w:ascii="Arial" w:hAnsi="Arial" w:cs="Arial"/>
          <w:szCs w:val="24"/>
        </w:rPr>
        <w:t>נקרא סיפור קצר ונבחר מה עושים 😊</w:t>
      </w:r>
    </w:p>
    <w:p>
      <w:pPr>
        <w:bidi w:val="1"/>
        <w:spacing w:after="60"/>
        <w:jc w:val="right"/>
        <w:shd w:val="clear" w:color="auto" w:fill="EEF8F8"/>
      </w:pPr>
      <w:r>
        <w:rPr>
          <w:b/>
          <w:sz w:val="24"/>
          <w:rtl w:val="1"/>
          <w:rFonts w:ascii="Arial" w:hAnsi="Arial" w:cs="Arial"/>
          <w:bCs/>
          <w:szCs w:val="24"/>
        </w:rPr>
        <w:t>📍 מקרה בוחן: 🧸 המשחק</w:t>
      </w:r>
    </w:p>
    <w:p>
      <w:pPr>
        <w:bidi w:val="1"/>
        <w:spacing w:after="60"/>
        <w:jc w:val="right"/>
        <w:shd w:val="clear" w:color="auto" w:fill="EEF8F8"/>
      </w:pPr>
      <w:r>
        <w:rPr>
          <w:b w:val="0"/>
          <w:sz w:val="24"/>
          <w:rtl w:val="1"/>
          <w:rFonts w:ascii="Arial" w:hAnsi="Arial" w:cs="Arial"/>
          <w:szCs w:val="24"/>
        </w:rPr>
        <w:t>ילדה רוצה לשחק איתכם.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1. איך היא מרגישה?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2. מה תגידו לה?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מה הייתם עושים? הקיפו ונמקו: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😊 נותנים לה לשחק      ○ ב. 🙅 לא נותנים      ○ ג. 🤷 לא יודעים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🧒 ילד עומד לבד בהפסקה.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איך הוא מרגיש?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😡 כועס      ○ ב. 😢 עצוב      ○ ג. 😄 שמח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👧 ילדה נפלה.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מה עושים?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🤝 עוזרים לה לקום      ○ ב. 😂 צוחקים      ○ ג. 🏃 בורחים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🧺 מיון: כתבו כל ביטוי בעמודה המתאימה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😂 לצחוק על חבר · 👂 להקשיב · 🙅 לא לתת לשחק · 👉 להצביע ולצחוק · 🙏 להגיד תודה · 🤝 לעזור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😊 מכבד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😟 לא מכבד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</w:tr>
    </w:tbl>
    <w:p>
      <w:pPr>
        <w:bidi w:val="1"/>
        <w:spacing w:after="60"/>
        <w:jc w:val="right"/>
        <w:shd w:val="clear" w:color="auto" w:fill="6D3FC7"/>
      </w:pPr>
      <w:r>
        <w:rPr>
          <w:b/>
          <w:color w:val="FFFFFF"/>
          <w:sz w:val="28"/>
          <w:rtl w:val="1"/>
          <w:rFonts w:ascii="Arial" w:hAnsi="Arial" w:cs="Arial"/>
          <w:bCs/>
          <w:szCs w:val="28"/>
        </w:rPr>
        <w:t>חלק ג׳ – מילים שבונות</w:t>
      </w:r>
    </w:p>
    <w:p>
      <w:pPr>
        <w:bidi w:val="1"/>
        <w:spacing w:after="60"/>
        <w:jc w:val="right"/>
        <w:shd w:val="clear" w:color="auto" w:fill="F3EDFF"/>
      </w:pPr>
      <w:r>
        <w:rPr>
          <w:b w:val="0"/>
          <w:sz w:val="24"/>
          <w:rtl w:val="1"/>
          <w:rFonts w:ascii="Arial" w:hAnsi="Arial" w:cs="Arial"/>
          <w:szCs w:val="24"/>
        </w:rPr>
        <w:t>נבחר מילים טובות ונכתוב משפט טוב ⭐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1. 💔 "לך מפה!" ← כתבו משפט מכבד: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2. 💔 "את לא יודעת" ← כתבו משפט מכבד: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3. 💔 "שקט!" ← כתבו משפט מכבד: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✍️ ⭐ משפט טוב לחבר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השלימו משפט טוב לחבר או לחברה. אפשר לבחור מילים מהבנק.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פתיחות שיעזרו: אתה חבר טוב כי… / את חברה טובה כי… / אני אוהב/ת לשחק איתך ב…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בנק מילים: עוזר/ת · מצחיק/ה · נחמד/ה · מקשיב/ה · חכם/ה · אמיץ/ה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בדקו: ☐ כתבתי שם  ☐ כתבתי מילה טובה</w:t>
      </w:r>
    </w:p>
    <w:p>
      <w:pPr>
        <w:bidi w:val="1"/>
        <w:spacing w:after="60"/>
        <w:jc w:val="right"/>
      </w:pPr>
      <w:r>
        <w:rPr>
          <w:b w:val="0"/>
          <w:color w:val="555555"/>
          <w:sz w:val="24"/>
          <w:rtl w:val="1"/>
          <w:rFonts w:ascii="Arial" w:hAnsi="Arial" w:cs="Arial"/>
          <w:szCs w:val="24"/>
        </w:rPr>
        <w:t>✂ - - - - - - - - - - - - - - - - - - - - - - - - - - - - - - - - - - - - - - - - ✂</w:t>
      </w:r>
    </w:p>
    <w:p>
      <w:pPr>
        <w:bidi w:val="1"/>
        <w:spacing w:after="60"/>
        <w:jc w:val="right"/>
      </w:pPr>
      <w:r>
        <w:rPr>
          <w:b/>
          <w:sz w:val="26"/>
          <w:rtl w:val="1"/>
          <w:rFonts w:ascii="Arial" w:hAnsi="Arial" w:cs="Arial"/>
          <w:bCs/>
          <w:szCs w:val="26"/>
        </w:rPr>
        <w:t>🎟️ כרטיס יציאה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שם: ______________ כיתה: 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1. 😊 היום אני מרגיש/ה: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2. 🙏 מילה טובה שאגיד מחר: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3. 🎨 ציור של חבר/ה: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איך הרגשתי? 😄 🙂 😐 😕</w:t>
      </w:r>
    </w:p>
    <w:p>
      <w:pPr>
        <w:bidi w:val="1"/>
        <w:spacing w:after="60"/>
        <w:jc w:val="center"/>
      </w:pPr>
      <w:r>
        <w:rPr>
          <w:b w:val="0"/>
          <w:color w:val="5B6573"/>
          <w:sz w:val="20"/>
          <w:rtl w:val="1"/>
          <w:rFonts w:ascii="Arial" w:hAnsi="Arial" w:cs="Arial"/>
          <w:szCs w:val="20"/>
        </w:rPr>
        <w:t>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