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עולים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ג (לְקַבֵּל אֲנָשִׁים שׁוֹנִים) · 2. ג (16 בְּנוֹבֶמְבֶּר) · 3. ב (בְּבַקָּשָׁה) · 4. ב ("אֲנִי פֹּה בִּשְׁבִילְךָ")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א · 2. ב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😊 מִלָּה טוֹבָה: תּוֹדָה · בְּבַקָּשָׁה · סְלִיחָה · בּוֹא נְשַׂחֵק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😟 מִלָּה לֹא טוֹבָה: לֵךְ מִפֹּה · אַתָּה מוּזָר · שְׁתֹק · אַתְּ לֹא בַּקְּבוּצָה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"בּוֹא, יֵשׁ מָקוֹם" · "אֲנִי יָכוֹל לַעֲזֹר לָךְ" · "אֲנִי מַקְשִׁיב, תַּמְשִׁיךְ"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כְּשֶׁאֲנִי כּוֹעֵס: עוֹצְרִים. מַרְפִּים אֶת הַגּוּף. נוֹשְׁמִים. אוֹמְרִים: "אֲנִי יָכוֹל/יְכוֹלָה". מַמְשִׁיכִים.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בַּחֵלֶק הַזֶּה נִלְמַד מִלִּים חֲשׁוּבוֹת.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🤝 סוֹבְלָנוּת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👑 כָּבוֹד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👂 הַקְשָׁבָה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💞 לְהָבִין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לְקַבֵּל אֲנָשִׁים שׁוֹנִים מִמֶּנִּי.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לְדַבֵּר יָפֶה לְכָל אָדָם.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לִשְׁמֹעַ עַד הַסּוֹף.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לָדַעַת מָה הֶחָבֵר מַרְגִּישׁ.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מָה זֶה "סוֹבְלָנוּת"?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לִצְעֹק      ○ ב. לָלֶכֶת הַבַּיְתָה      ○ ג. לְקַבֵּל אֲנָשִׁים שׁוֹנִים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מָתַי יוֹם הַסּוֹבְלָנוּת?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1 בְּיָנוּאָר      ○ ב. בַּקַּיִץ      ○ ג. 16 בְּנוֹבֶמְבֶּר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אֵיזוֹ מִלָּה מְנֻמֶּסֶת?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לֵךְ      ○ ב. בְּבַקָּשָׁה      ○ ג. שְׁתֹק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4. חָבֵר עָצוּב. מָה אוֹמְרִים?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"דַּי לִבְכּוֹת"      ○ ב. "אֲנִי פֹּה בִּשְׁבִילְךָ"      ○ ג. "לֹא אִכְפַּת לִי"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נִקְרָא סִפּוּר קָצָר וְנַחְשֹׁב: מָה הֵם מַרְגִּישִׁים?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⚽ הַמִּשְׂחָק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יֶלֶד חָדָשׁ רוֹצֶה לְשַׂחֵק. הַקְּבוּצָה אוֹמֶרֶת: "אֵין מָקוֹם".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אֵיךְ הוּא מַרְגִּישׁ?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מָה אַתֶּם הֲיִיתֶם עוֹשִׂים?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לַעֲשׂוֹת לוֹ מָקוֹם      ○ ב. לְהַגִּיד "מָחָר"      ○ ג. לֹא לַעֲשׂוֹת כְּלוּם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דָּוִד חָדָשׁ בַּכִּתָּה. הוּא לֹא מְדַבֵּר עִבְרִית טוֹב.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מָה דָּוִד מַרְגִּישׁ?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קָשֶׁה לוֹ      ○ ב. הוּא כּוֹעֵס      ○ ג. הוּא שָׂמֵחַ מְאוֹד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אַנָּה טוֹעָה בְּמִלָּה. יְלָדִים צוֹחֲקִים.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מָה טוֹב לַעֲשׂוֹת?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לֹא לְדַבֵּר אִתָּהּ      ○ ב. לְהַגִּיד: "זֶה בְּסֵדֶר, נַסִּי שׁוּב"      ○ ג. לִצְחֹק גַּם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אַתָּה מוּזָר · סְלִיחָה · בּוֹא נְשַׂחֵק · לֵךְ מִפֹּה · בְּבַקָּשָׁה · אַתְּ לֹא בַּקְּבוּצָה · שְׁתֹק · תּוֹדָה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😊 מִלָּה טוֹבָה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😟 מִלָּה לֹא טוֹבָה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נַחְלִיף מִלִּים לֹא טוֹבוֹת בְּמִלִּים טוֹבוֹת, וְנִכְתֹּב.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"לֵךְ מִפֹּה!"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"אַתְּ לֹא יוֹדַעַת עִבְרִית"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"שֶׁקֶט! אַתָּה מְדַבֵּר מוּזָר"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🪪 אֲנִי וְאַתָּה – שׁוֹנִים וְדוֹמִים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כִּתְבוּ עַל חָבֵר אוֹ חֲבֵרָה: מָה שׁוֹנֶה בֵּינֵיכֶם וּמָה דּוֹמֶה.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הַשֵּׁם שֶׁלִּי… / אֲנִי מִ…, הוּא/הִיא מִ… / שְׁנֵינוּ אוֹהֲבִים… / אַתָּה/אַתְּ חָבֵר/חֲבֵרָה טוֹב/טוֹבָה כִּי…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כָּתַבְתִּי מָה שׁוֹנֶה  ☐ כָּתַבְתִּי מָה דּוֹמֶה  ☐ כָּתַבְתִּי מִשְׁפָּט טוֹב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מִלָּה טוֹבָה שֶׁלָּמַדְתִּי הַיּוֹם: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מָה אֲנִי אַגִּיד לְחָבֵר חָדָשׁ?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אֵיךְ אֲנִי מַרְגִּישׁ/מַרְגִּישָׁה הַיּוֹם?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